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404000" cy="72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04000" cy="727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Jadłospis przedszkolny 19-23.10.2026 - A4 poziomy</dc:title>
  <dc:subject/>
  <dc:creator>Pawlicki, Przemek</dc:creator>
  <keywords/>
  <dc:description>generated by python-docx</dc:description>
  <lastModifiedBy>Pawlicki, Przemek</lastModifiedBy>
  <revision>1</revision>
  <dcterms:created xsi:type="dcterms:W3CDTF">2026-10-16T11:53:51.5431585Z</dcterms:created>
  <dcterms:modified xsi:type="dcterms:W3CDTF">2026-10-16T11:53:51.5431585Z</dcterms:modified>
  <category/>
</coreProperties>
</file>